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של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זברות ועל תפקיד הפסים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מידע, הבנה והיסק מתוך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והבעת דעה בנושא מהטבע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ייחודי, כמו טביעת אצבע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להגן אחת על השנייה ולהיות בטוחות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עשב וצמחים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לחפש מים ומזון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זברה נולדת עם תבנית פסים משלה, שונה מכל זברה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בעדר קל יותר להבחין בטורפים ולהישמר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כשהרבה פסים נעים ביחד קשה לטורף להבחין בזברה בודדת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זברות אוכלות עשב וצמחים, הן אוכלות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הגור מוצא את אמו גם בתוך עדר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ייחודית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(כמו טביעת אצבע, שונים בכל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זברות שחיה ונעה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(מעבר למקום אחר בחיפוש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(בעל חיים שצד זברות, כמו אריה)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 לבלבל או להתחבא מטורף)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הגור מזהה את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הגור נולד עם תבנית פסים ייחודית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בימים הראשונים הגור נשאר קרוב מאוד לאמו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הגור לומד להכיר את דפוס הפסים והריח של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האם מרחיקה זברות אחרות מהגור בתקופה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הגור מצליח לזהות את אמו גם בתוך עדר גדול וצפוף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לפחות שתי סיבות אפשריות, כמו בלבול טורפים, ויסות חום או הרחקת חרקים, ומבנה ברור עם פתיחה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עובדה נכונה הקשורה לפסים, לעדר או לנדידה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זיהוי האם או בלבול טורפים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הגנה הדדית או ביטחון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לכתבה שחור לבן שחור במקראה עמוד 90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במשחק זיכרון פסים לפני מילוי הדף כדי לחזק היכרות עם התבניות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כמות הסעיפים המסומנים כקשים לתלמידים הזקוקים לכך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של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זברות. לזברות יש פסים. נלמד למה יש להן פסים ואיך הן חיות ביחד בעדר.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צבעוני חוזר על גוף הזברה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להתחבא או לבלבל טורפים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בעלי חיים שחיה ונעה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למקום אחר בחיפוש מזון 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שצד בעלי חיים אחרים כדי לאכול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להישאר בחיים בתנאים קשים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זיהוי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להכיר מישהו מוכר מתוך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ויסות חום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טמפרטורת גוף מתאימה בחום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מיוחד בפסים של כל 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זהה אצל כל הזברות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ייחודי, כמו טביעת 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משתנה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נראה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אוכל זברות בטבע?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זברות חיות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להגן אחת על השנייה ולהיות בטוחות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לתחרות על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להיראות יפות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יותר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אוכלת 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 וצמחים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זברות עוברות למקום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לחפש מים ומזון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בשביל כיף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לברוח מהחורף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לפגוש בעלי חיים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הזברות יש בדיוק אותה תבנית 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חיות בעדר כדי להגן אחת על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הפסים עשויים לעזור לבלבל טורפים כשהעדר רץ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הן בעלי חיים טורפים שצדים בעלי חיים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גורי זברה יכולים ללמוד לזהות את אמם לפי הפסים והריח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זברה יש תבנית פסים __________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זברות חיות ב__________ כדי להגן אחת על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הגור מזהה את אמו לפי הפסים ולפי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זברות __________ למקומות חדשים כדי למצוא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הטורף העיקרי של הזברה בטבע הוא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פסים ייחודיים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זברות שחיה ונעה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לבלבל או להתחבא מטורף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חיים שצד זברות, כמו אריה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מעבר למקום אחר בחיפוש מים ומזון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כמו טביעת אצבע, שונים בכל זברה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הגור מזהה את אמו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לומד להכיר את דפוס הפסים והריח של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מצליח לזהות את אמו גם בתוך עדר גדול וצפוף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מרחיקה זברות אחרות מהגור בתקופה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נולד עם תבנית פסים ייחודית משלו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בימים הראשונים הגור נשאר קרוב מאוד לאמו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מסבירים לחבר או לחברה למה יש לזברה פסים. הוסיפו לפחות שתי סיבות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עובדה אחת מעניינת שלמדתם על זברות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שלזברה יהיה דפוס פסים ייחודי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זברות חיות בעדר ולא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של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