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🦓 סוד הפסים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סוד הפסים של הזברה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עובדות מרכזיות על זברות ועל תפקיד הפסים שלהן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איתור מידע, הבנה והיסק מתוך טקסט מידעי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כתיבה קצרה והבעת דעה בנושא מהטבע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חנ״מ – פחות פריטים, עד 3 אפשרויות בחירה, בנק מילים, גופן מוגדל ושורות כתיבה רחבות. מומלץ להקריא את ההוראות בקול ולעבוד חלק אחר חלק, בלי הגבלת זמן.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הבנה בסיסית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אריה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 – כדי להגן אחת על השנייה ולהיות בטוחות יותר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כל זברה נולדת עם תבנית פסים משלה, שונה מכל זברה אחרת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בעדר קל יותר להבחין בטורפים ולהישמר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כשהרבה פסים נעים ביחד קשה לטורף להבחין בזברה בודדת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השלמת משפטים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ייחודית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עדר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ריח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ב (כמו טביעת אצבע, שונים בכל זברה)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ג (קבוצת זברות שחיה ונעה ביחד)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ד (מעבר למקום אחר בחיפוש מים ומזון)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א (בעל חיים שצד זברות, כמו אריה)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סדר נכון - איך הגור מזהה את אמו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הגור נולד עם תבנית פסים ייחודית משלו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בימים הראשונים הגור נשאר קרוב מאוד לאמו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הגור לומד להכיר את דפוס הפסים והריח של אמו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האם מרחיקה זברות אחרות מהגור בתקופה הזו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התשובה צריכה לכלול לפחות שתי סיבות אפשריות, כמו בלבול טורפים, ויסות חום או הרחקת חרקים, ומבנה ברור עם פתיחה והסבר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כל עובדה נכונה הקשורה לפסים, לעדר או לנדידה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תשובה שמזכירה זיהוי האם או בלבול טורפים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תשובה שמזכירה הגנה הדדית או ביטחון בקבוצה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לקשר את הדף לכתבה שחור לבן שחור במקראה עמוד 90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מומלץ לשחק במשחק זיכרון פסים לפני מילוי הדף כדי לחזק היכרות עם התבניות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ניתן להתאים את כמות הסעיפים המסומנים כקשים לתלמידים הזקוקים לכך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🦓 סוד הפסים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סוד הפסים של הזברה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32"/>
          <w:rtl/>
          <w:szCs w:val="32"/>
        </w:rPr>
        <w:t>בדף הזה נלמד על זברות ועל סוד הפסים שלהן - למה יש להן פסים, איך הן חיות בעדר ולמה הן נודדות. נתרגל איתור מידע, הבנה והיסק, כמו בכתבה שחור לבן שחור.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2"/>
          <w:rtl/>
          <w:szCs w:val="32"/>
          <w:bCs/>
        </w:rPr>
        <w:t>🧺 בנק מילים: ריח  ·  ייחודית  ·  עדר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36"/>
          <w:rtl/>
          <w:szCs w:val="36"/>
          <w:bCs/>
        </w:rPr>
        <w:t>1  חלק א׳ – הבנה בסיסית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מי נחשב לטורף העיקרי של הזברה בטבע?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אריה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פיל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ג׳ירפה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למה זברות חיות בעדר?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כדי להגן אחת על השנייה ולהיות בטוחות יותר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כדי לתחרות על אוכל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כדי להיראות יפות יותר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36"/>
          <w:rtl/>
          <w:szCs w:val="36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לכל הזברות יש בדיוק אותה תבנית פסים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זברות חיות בעדר כדי להגן אחת על השנייה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הפסים עשויים לעזור לבלבל טורפים כשהעדר רץ ביחד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36"/>
          <w:rtl/>
          <w:szCs w:val="36"/>
          <w:bCs/>
        </w:rPr>
        <w:t>3  חלק ג׳ – השלמת משפטים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1. לכל זברה יש תבנית פסים __________ משלה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2. זברות חיות ב__________ כדי להגן אחת על השנייה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3. הגור מזהה את אמו לפי הפסים ולפי ה__________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36"/>
          <w:rtl/>
          <w:szCs w:val="36"/>
          <w:bCs/>
        </w:rPr>
        <w:t>4  חלק ד׳ – התאמה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1. פסים ייחודיים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א. בעל חיים שצד זברות, כמו אריה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2. עדר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ב. כמו טביעת אצבע, שונים בכל זברה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3. נדידה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ג. קבוצת זברות שחיה ונעה ביחד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4. טורף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ד. מעבר למקום אחר בחיפוש מים ומזון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36"/>
          <w:rtl/>
          <w:szCs w:val="36"/>
          <w:bCs/>
        </w:rPr>
        <w:t>5  חלק ה׳ – סדר נכון - איך הגור מזהה את אמו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בימים הראשונים הגור נשאר קרוב מאוד לאמו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האם מרחיקה זברות אחרות מהגור בתקופה הזו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הגור נולד עם תבנית פסים ייחודית משלו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הגור לומד להכיר את דפוס הפסים והריח של אמו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36"/>
          <w:rtl/>
          <w:szCs w:val="36"/>
          <w:bCs/>
        </w:rPr>
        <w:t>6  חלק ו׳ – כתיבה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כתבו פסקה קצרה שבה אתם מסבירים לחבר או לחברה למה יש לזברה פסים. הוסיפו לפחות שתי סיבות שונות.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36"/>
          <w:rtl/>
          <w:szCs w:val="36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כתבו עובדה אחת מעניינת שלמדתם על זברות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למה חשוב שלזברה יהיה דפוס פסים ייחודי משלה?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32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סוד הפסים של הזברה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